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F8CBF" w14:textId="47F18D61" w:rsidR="00D733E1" w:rsidRPr="00247C7B" w:rsidRDefault="00247C7B" w:rsidP="00247C7B">
      <w:pPr>
        <w:pStyle w:val="Title"/>
        <w:jc w:val="center"/>
        <w:rPr>
          <w:rFonts w:cstheme="majorHAnsi"/>
          <w:color w:val="auto"/>
          <w:sz w:val="40"/>
          <w:szCs w:val="40"/>
        </w:rPr>
      </w:pPr>
      <w:r w:rsidRPr="00247C7B">
        <w:rPr>
          <w:rFonts w:cstheme="majorHAnsi"/>
          <w:color w:val="auto"/>
          <w:sz w:val="40"/>
          <w:szCs w:val="40"/>
        </w:rPr>
        <w:t>Sports Grant Application Form</w:t>
      </w:r>
    </w:p>
    <w:p w14:paraId="29A7584D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[Organization Name] – Sports Grant Application Form</w:t>
      </w:r>
    </w:p>
    <w:p w14:paraId="13F33E71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Grant Name: [Insert Grant Name]</w:t>
      </w:r>
    </w:p>
    <w:p w14:paraId="75AF3EED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Application Deadline: [Insert Date]</w:t>
      </w:r>
    </w:p>
    <w:p w14:paraId="5F0E0E0B" w14:textId="77777777" w:rsidR="00D733E1" w:rsidRPr="00247C7B" w:rsidRDefault="00247C7B">
      <w:pPr>
        <w:pStyle w:val="Heading1"/>
        <w:rPr>
          <w:rFonts w:cstheme="majorHAnsi"/>
          <w:color w:val="auto"/>
          <w:sz w:val="24"/>
          <w:szCs w:val="24"/>
        </w:rPr>
      </w:pPr>
      <w:r w:rsidRPr="00247C7B">
        <w:rPr>
          <w:rFonts w:cstheme="majorHAnsi"/>
          <w:color w:val="auto"/>
          <w:sz w:val="24"/>
          <w:szCs w:val="24"/>
        </w:rPr>
        <w:t>Section 1: Applicant Details</w:t>
      </w:r>
    </w:p>
    <w:p w14:paraId="393DB741" w14:textId="050B23A6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Organization Name:</w:t>
      </w:r>
    </w:p>
    <w:p w14:paraId="0FAC0ABD" w14:textId="48D22B34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Contact Person: </w:t>
      </w:r>
    </w:p>
    <w:p w14:paraId="5624AB22" w14:textId="2968B22E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Position/Role: </w:t>
      </w:r>
    </w:p>
    <w:p w14:paraId="57C61336" w14:textId="16EA7B94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Phone Number:</w:t>
      </w:r>
    </w:p>
    <w:p w14:paraId="64DBF2FB" w14:textId="398709E8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Email Address: </w:t>
      </w:r>
    </w:p>
    <w:p w14:paraId="65056464" w14:textId="18ADA87B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Organization Address: </w:t>
      </w:r>
    </w:p>
    <w:p w14:paraId="1AE94F09" w14:textId="77777777" w:rsidR="00D733E1" w:rsidRPr="00247C7B" w:rsidRDefault="00247C7B">
      <w:pPr>
        <w:pStyle w:val="Heading1"/>
        <w:rPr>
          <w:rFonts w:cstheme="majorHAnsi"/>
          <w:color w:val="auto"/>
          <w:sz w:val="24"/>
          <w:szCs w:val="24"/>
        </w:rPr>
      </w:pPr>
      <w:r w:rsidRPr="00247C7B">
        <w:rPr>
          <w:rFonts w:cstheme="majorHAnsi"/>
          <w:color w:val="auto"/>
          <w:sz w:val="24"/>
          <w:szCs w:val="24"/>
        </w:rPr>
        <w:t>Section 2: Organization Information</w:t>
      </w:r>
    </w:p>
    <w:p w14:paraId="0389C5AB" w14:textId="72B12909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Type of Organization: </w:t>
      </w:r>
      <w:proofErr w:type="gramStart"/>
      <w:r w:rsidRPr="00247C7B">
        <w:rPr>
          <w:rFonts w:asciiTheme="majorHAnsi" w:hAnsiTheme="majorHAnsi" w:cstheme="majorHAnsi"/>
          <w:sz w:val="20"/>
          <w:szCs w:val="20"/>
        </w:rPr>
        <w:t>( )</w:t>
      </w:r>
      <w:proofErr w:type="gramEnd"/>
      <w:r w:rsidRPr="00247C7B">
        <w:rPr>
          <w:rFonts w:asciiTheme="majorHAnsi" w:hAnsiTheme="majorHAnsi" w:cstheme="majorHAnsi"/>
          <w:sz w:val="20"/>
          <w:szCs w:val="20"/>
        </w:rPr>
        <w:t xml:space="preserve"> Non-</w:t>
      </w:r>
      <w:proofErr w:type="gramStart"/>
      <w:r w:rsidRPr="00247C7B">
        <w:rPr>
          <w:rFonts w:asciiTheme="majorHAnsi" w:hAnsiTheme="majorHAnsi" w:cstheme="majorHAnsi"/>
          <w:sz w:val="20"/>
          <w:szCs w:val="20"/>
        </w:rPr>
        <w:t>Profit  (</w:t>
      </w:r>
      <w:proofErr w:type="gramEnd"/>
      <w:r w:rsidRPr="00247C7B">
        <w:rPr>
          <w:rFonts w:asciiTheme="majorHAnsi" w:hAnsiTheme="majorHAnsi" w:cstheme="majorHAnsi"/>
          <w:sz w:val="20"/>
          <w:szCs w:val="20"/>
        </w:rPr>
        <w:t xml:space="preserve"> ) Community </w:t>
      </w:r>
      <w:proofErr w:type="gramStart"/>
      <w:r w:rsidRPr="00247C7B">
        <w:rPr>
          <w:rFonts w:asciiTheme="majorHAnsi" w:hAnsiTheme="majorHAnsi" w:cstheme="majorHAnsi"/>
          <w:sz w:val="20"/>
          <w:szCs w:val="20"/>
        </w:rPr>
        <w:t>Group  (</w:t>
      </w:r>
      <w:proofErr w:type="gramEnd"/>
      <w:r w:rsidRPr="00247C7B">
        <w:rPr>
          <w:rFonts w:asciiTheme="majorHAnsi" w:hAnsiTheme="majorHAnsi" w:cstheme="majorHAnsi"/>
          <w:sz w:val="20"/>
          <w:szCs w:val="20"/>
        </w:rPr>
        <w:t xml:space="preserve"> ) School/</w:t>
      </w:r>
      <w:proofErr w:type="gramStart"/>
      <w:r w:rsidRPr="00247C7B">
        <w:rPr>
          <w:rFonts w:asciiTheme="majorHAnsi" w:hAnsiTheme="majorHAnsi" w:cstheme="majorHAnsi"/>
          <w:sz w:val="20"/>
          <w:szCs w:val="20"/>
        </w:rPr>
        <w:t>Club  (</w:t>
      </w:r>
      <w:proofErr w:type="gramEnd"/>
      <w:r w:rsidRPr="00247C7B">
        <w:rPr>
          <w:rFonts w:asciiTheme="majorHAnsi" w:hAnsiTheme="majorHAnsi" w:cstheme="majorHAnsi"/>
          <w:sz w:val="20"/>
          <w:szCs w:val="20"/>
        </w:rPr>
        <w:t xml:space="preserve"> ) Other: </w:t>
      </w:r>
    </w:p>
    <w:p w14:paraId="5770E9D7" w14:textId="30C848ED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Year Established: </w:t>
      </w:r>
    </w:p>
    <w:p w14:paraId="21C7CA34" w14:textId="61CFA712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Organization Registration Number (if applicable):</w:t>
      </w:r>
    </w:p>
    <w:p w14:paraId="7713626F" w14:textId="2EB9703B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Brief Description of Your Organization:</w:t>
      </w:r>
    </w:p>
    <w:p w14:paraId="3DB43E1A" w14:textId="77777777" w:rsidR="00D733E1" w:rsidRPr="00247C7B" w:rsidRDefault="00247C7B">
      <w:pPr>
        <w:pStyle w:val="Heading1"/>
        <w:rPr>
          <w:rFonts w:cstheme="majorHAnsi"/>
          <w:color w:val="auto"/>
          <w:sz w:val="24"/>
          <w:szCs w:val="24"/>
        </w:rPr>
      </w:pPr>
      <w:r w:rsidRPr="00247C7B">
        <w:rPr>
          <w:rFonts w:cstheme="majorHAnsi"/>
          <w:color w:val="auto"/>
          <w:sz w:val="24"/>
          <w:szCs w:val="24"/>
        </w:rPr>
        <w:t>Section 3: Project Details</w:t>
      </w:r>
    </w:p>
    <w:p w14:paraId="46BF3600" w14:textId="022E8866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Project Title: </w:t>
      </w:r>
    </w:p>
    <w:p w14:paraId="0C65B4AA" w14:textId="2F9EFDA1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Project Description:</w:t>
      </w:r>
    </w:p>
    <w:p w14:paraId="427164AC" w14:textId="54C8915A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Target Audience / Beneficiaries</w:t>
      </w:r>
      <w:r>
        <w:rPr>
          <w:rFonts w:asciiTheme="majorHAnsi" w:hAnsiTheme="majorHAnsi" w:cstheme="majorHAnsi"/>
          <w:sz w:val="20"/>
          <w:szCs w:val="20"/>
        </w:rPr>
        <w:t>:</w:t>
      </w:r>
    </w:p>
    <w:p w14:paraId="132FFCDE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Expected Outcomes / Impact:</w:t>
      </w:r>
    </w:p>
    <w:p w14:paraId="5224D094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Project Timeline: From ______ / </w:t>
      </w:r>
      <w:proofErr w:type="gramStart"/>
      <w:r w:rsidRPr="00247C7B">
        <w:rPr>
          <w:rFonts w:asciiTheme="majorHAnsi" w:hAnsiTheme="majorHAnsi" w:cstheme="majorHAnsi"/>
          <w:sz w:val="20"/>
          <w:szCs w:val="20"/>
        </w:rPr>
        <w:t xml:space="preserve">______ / ______ to ______ / </w:t>
      </w:r>
      <w:proofErr w:type="gramEnd"/>
      <w:r w:rsidRPr="00247C7B">
        <w:rPr>
          <w:rFonts w:asciiTheme="majorHAnsi" w:hAnsiTheme="majorHAnsi" w:cstheme="majorHAnsi"/>
          <w:sz w:val="20"/>
          <w:szCs w:val="20"/>
        </w:rPr>
        <w:t>______ / ______</w:t>
      </w:r>
    </w:p>
    <w:p w14:paraId="69629056" w14:textId="77777777" w:rsidR="00D733E1" w:rsidRPr="00247C7B" w:rsidRDefault="00247C7B">
      <w:pPr>
        <w:pStyle w:val="Heading1"/>
        <w:rPr>
          <w:rFonts w:cstheme="majorHAnsi"/>
          <w:color w:val="auto"/>
          <w:sz w:val="24"/>
          <w:szCs w:val="24"/>
        </w:rPr>
      </w:pPr>
      <w:r w:rsidRPr="00247C7B">
        <w:rPr>
          <w:rFonts w:cstheme="majorHAnsi"/>
          <w:color w:val="auto"/>
          <w:sz w:val="24"/>
          <w:szCs w:val="24"/>
        </w:rPr>
        <w:lastRenderedPageBreak/>
        <w:t>Section 4: Budget Overview</w:t>
      </w:r>
    </w:p>
    <w:p w14:paraId="05481387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Item / Expense | Amount (PGK)</w:t>
      </w:r>
    </w:p>
    <w:p w14:paraId="3921E52E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--------------------------------|--------------</w:t>
      </w:r>
    </w:p>
    <w:p w14:paraId="6461E5F5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Equipment / Gear | </w:t>
      </w:r>
    </w:p>
    <w:p w14:paraId="1ABFD673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Facility / Venue Costs | </w:t>
      </w:r>
    </w:p>
    <w:p w14:paraId="4C92C993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Training / Coaching Fees | </w:t>
      </w:r>
    </w:p>
    <w:p w14:paraId="364BF767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Marketing / Promotion | </w:t>
      </w:r>
    </w:p>
    <w:p w14:paraId="1B5EEC95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Other (please specify) | </w:t>
      </w:r>
    </w:p>
    <w:p w14:paraId="23A6D284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 xml:space="preserve">Total Project Budget | </w:t>
      </w:r>
    </w:p>
    <w:p w14:paraId="51E6E93E" w14:textId="77777777" w:rsidR="00D733E1" w:rsidRPr="00247C7B" w:rsidRDefault="00247C7B">
      <w:pPr>
        <w:pStyle w:val="Heading1"/>
        <w:rPr>
          <w:rFonts w:cstheme="majorHAnsi"/>
          <w:color w:val="auto"/>
          <w:sz w:val="24"/>
          <w:szCs w:val="24"/>
        </w:rPr>
      </w:pPr>
      <w:r w:rsidRPr="00247C7B">
        <w:rPr>
          <w:rFonts w:cstheme="majorHAnsi"/>
          <w:color w:val="auto"/>
          <w:sz w:val="24"/>
          <w:szCs w:val="24"/>
        </w:rPr>
        <w:t>Section 5: Supporting Information</w:t>
      </w:r>
    </w:p>
    <w:p w14:paraId="228EE0D1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Attachments (please tick):</w:t>
      </w:r>
    </w:p>
    <w:p w14:paraId="5E537DFA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[ ] Organization registration documents</w:t>
      </w:r>
    </w:p>
    <w:p w14:paraId="4414C7AC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[ ] Financial statements or budget overview</w:t>
      </w:r>
    </w:p>
    <w:p w14:paraId="6C3CE1E1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[ ] Letters of support / endorsements (if applicable)</w:t>
      </w:r>
    </w:p>
    <w:p w14:paraId="76B2711E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Additional Comments / Notes:</w:t>
      </w:r>
    </w:p>
    <w:p w14:paraId="1977B1D7" w14:textId="77777777" w:rsidR="00D733E1" w:rsidRPr="00247C7B" w:rsidRDefault="00247C7B">
      <w:pPr>
        <w:pStyle w:val="Heading1"/>
        <w:rPr>
          <w:rFonts w:cstheme="majorHAnsi"/>
          <w:color w:val="auto"/>
          <w:sz w:val="24"/>
          <w:szCs w:val="24"/>
        </w:rPr>
      </w:pPr>
      <w:r w:rsidRPr="00247C7B">
        <w:rPr>
          <w:rFonts w:cstheme="majorHAnsi"/>
          <w:color w:val="auto"/>
          <w:sz w:val="24"/>
          <w:szCs w:val="24"/>
        </w:rPr>
        <w:t>Section 6: Declaration</w:t>
      </w:r>
    </w:p>
    <w:p w14:paraId="1FEE4087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I certify that the information provided in this application is accurate and complete to the best of my knowledge.</w:t>
      </w:r>
    </w:p>
    <w:p w14:paraId="122E3018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Name: ___________________________</w:t>
      </w:r>
    </w:p>
    <w:p w14:paraId="10F7D347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Position: _________________________</w:t>
      </w:r>
    </w:p>
    <w:p w14:paraId="0E70F402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Signature: ________________________</w:t>
      </w:r>
    </w:p>
    <w:p w14:paraId="1E4DA075" w14:textId="77777777" w:rsidR="00D733E1" w:rsidRPr="00247C7B" w:rsidRDefault="00247C7B">
      <w:pPr>
        <w:rPr>
          <w:rFonts w:asciiTheme="majorHAnsi" w:hAnsiTheme="majorHAnsi" w:cstheme="majorHAnsi"/>
          <w:sz w:val="20"/>
          <w:szCs w:val="20"/>
        </w:rPr>
      </w:pPr>
      <w:r w:rsidRPr="00247C7B">
        <w:rPr>
          <w:rFonts w:asciiTheme="majorHAnsi" w:hAnsiTheme="majorHAnsi" w:cstheme="majorHAnsi"/>
          <w:sz w:val="20"/>
          <w:szCs w:val="20"/>
        </w:rPr>
        <w:t>Date: ___________________________</w:t>
      </w:r>
    </w:p>
    <w:sectPr w:rsidR="00D733E1" w:rsidRPr="00247C7B" w:rsidSect="00247C7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E67CB" w14:textId="77777777" w:rsidR="00247C7B" w:rsidRDefault="00247C7B" w:rsidP="00247C7B">
      <w:pPr>
        <w:spacing w:after="0" w:line="240" w:lineRule="auto"/>
      </w:pPr>
      <w:r>
        <w:separator/>
      </w:r>
    </w:p>
  </w:endnote>
  <w:endnote w:type="continuationSeparator" w:id="0">
    <w:p w14:paraId="4629489D" w14:textId="77777777" w:rsidR="00247C7B" w:rsidRDefault="00247C7B" w:rsidP="00247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D14105" w14:textId="77777777" w:rsidR="00247C7B" w:rsidRDefault="00247C7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90BB4" w14:textId="77777777" w:rsidR="00247C7B" w:rsidRDefault="00247C7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50A54" w14:textId="77777777" w:rsidR="00247C7B" w:rsidRDefault="00247C7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86ED6" w14:textId="77777777" w:rsidR="00247C7B" w:rsidRDefault="00247C7B" w:rsidP="00247C7B">
      <w:pPr>
        <w:spacing w:after="0" w:line="240" w:lineRule="auto"/>
      </w:pPr>
      <w:r>
        <w:separator/>
      </w:r>
    </w:p>
  </w:footnote>
  <w:footnote w:type="continuationSeparator" w:id="0">
    <w:p w14:paraId="79866246" w14:textId="77777777" w:rsidR="00247C7B" w:rsidRDefault="00247C7B" w:rsidP="00247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0EB85F" w14:textId="77777777" w:rsidR="00247C7B" w:rsidRDefault="00247C7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28CEDE" w14:textId="40B52C3D" w:rsidR="00247C7B" w:rsidRDefault="00247C7B" w:rsidP="00247C7B">
    <w:pPr>
      <w:pStyle w:val="Header"/>
      <w:jc w:val="center"/>
    </w:pPr>
    <w:r w:rsidRPr="00247C7B">
      <w:drawing>
        <wp:inline distT="0" distB="0" distL="0" distR="0" wp14:anchorId="016EECF7" wp14:editId="17857A2D">
          <wp:extent cx="3143689" cy="1066949"/>
          <wp:effectExtent l="0" t="0" r="0" b="0"/>
          <wp:docPr id="169580048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5800489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43689" cy="10669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229A317" w14:textId="77777777" w:rsidR="00247C7B" w:rsidRDefault="00247C7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4EE184" w14:textId="77777777" w:rsidR="00247C7B" w:rsidRDefault="00247C7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4425534">
    <w:abstractNumId w:val="8"/>
  </w:num>
  <w:num w:numId="2" w16cid:durableId="231544768">
    <w:abstractNumId w:val="6"/>
  </w:num>
  <w:num w:numId="3" w16cid:durableId="1551576350">
    <w:abstractNumId w:val="5"/>
  </w:num>
  <w:num w:numId="4" w16cid:durableId="1227642431">
    <w:abstractNumId w:val="4"/>
  </w:num>
  <w:num w:numId="5" w16cid:durableId="722951950">
    <w:abstractNumId w:val="7"/>
  </w:num>
  <w:num w:numId="6" w16cid:durableId="357699076">
    <w:abstractNumId w:val="3"/>
  </w:num>
  <w:num w:numId="7" w16cid:durableId="312027178">
    <w:abstractNumId w:val="2"/>
  </w:num>
  <w:num w:numId="8" w16cid:durableId="927274304">
    <w:abstractNumId w:val="1"/>
  </w:num>
  <w:num w:numId="9" w16cid:durableId="492573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47C7B"/>
    <w:rsid w:val="0029639D"/>
    <w:rsid w:val="00326F90"/>
    <w:rsid w:val="00877185"/>
    <w:rsid w:val="00AA1D8D"/>
    <w:rsid w:val="00B47730"/>
    <w:rsid w:val="00CB0664"/>
    <w:rsid w:val="00D733E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FDE38DA"/>
  <w14:defaultImageDpi w14:val="300"/>
  <w15:docId w15:val="{87496382-E71B-4E97-86DE-C53FF17D2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220</Words>
  <Characters>1257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David Bishop</cp:lastModifiedBy>
  <cp:revision>2</cp:revision>
  <dcterms:created xsi:type="dcterms:W3CDTF">2025-10-02T08:29:00Z</dcterms:created>
  <dcterms:modified xsi:type="dcterms:W3CDTF">2025-10-02T08:29:00Z</dcterms:modified>
  <cp:category/>
</cp:coreProperties>
</file>